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timesheet</w:t>
      </w:r>
    </w:p>
    <w:p>
      <w:r>
        <w:rPr>
          <w:b w:val="0"/>
        </w:rPr>
        <w:t>Complete the hours worked and send to the client for approval.</w:t>
      </w:r>
    </w:p>
    <w:p>
      <w:r>
        <w:rPr>
          <w:b w:val="0"/>
        </w:rPr>
        <w:t>Locum name: [Name]</w:t>
      </w:r>
    </w:p>
    <w:p>
      <w:r>
        <w:rPr>
          <w:b w:val="0"/>
        </w:rPr>
        <w:t>Client firm or organisation: [Name]</w:t>
      </w:r>
    </w:p>
    <w:p>
      <w:r>
        <w:rPr>
          <w:b w:val="0"/>
        </w:rPr>
        <w:t>Assignment reference: [Reference]</w:t>
      </w:r>
    </w:p>
    <w:p>
      <w:r>
        <w:rPr>
          <w:b w:val="0"/>
        </w:rPr>
        <w:t>Week commencing: [DD/MM/YYYY]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584"/>
        <w:gridCol w:w="1512"/>
        <w:gridCol w:w="1512"/>
        <w:gridCol w:w="1512"/>
        <w:gridCol w:w="2160"/>
        <w:gridCol w:w="1944"/>
      </w:tblGrid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Start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Finish</w:t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Unpaid break</w:t>
              <w:br/>
              <w:t>(minutes)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Hours</w:t>
              <w:br/>
              <w:t>worked</w:t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Monday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Tuesday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Wednesday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Thursday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Friday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Saturday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Sunday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/>
        </w:rPr>
        <w:t>Total hours worked: [Total]</w:t>
      </w:r>
    </w:p>
    <w:p>
      <w:r>
        <w:rPr>
          <w:b w:val="0"/>
        </w:rPr>
        <w:t>Notes or agreed expenses: [Details, if applicable]</w:t>
      </w:r>
    </w:p>
    <w:p>
      <w:pPr>
        <w:pStyle w:val="Heading2"/>
      </w:pPr>
      <w:r>
        <w:t>Approval</w:t>
      </w:r>
    </w:p>
    <w:p>
      <w:r>
        <w:rPr>
          <w:b w:val="0"/>
        </w:rPr>
        <w:t>Locum signature: __________________________    Date: ______________</w:t>
      </w:r>
    </w:p>
    <w:p>
      <w:r>
        <w:rPr>
          <w:b w:val="0"/>
        </w:rPr>
        <w:t>Client approver name and role: [Name and role]</w:t>
      </w:r>
    </w:p>
    <w:p>
      <w:r>
        <w:rPr>
          <w:b w:val="0"/>
        </w:rPr>
        <w:t>I confirm that the hours recorded above are correct.</w:t>
      </w:r>
    </w:p>
    <w:p>
      <w:r>
        <w:rPr>
          <w:b w:val="0"/>
        </w:rPr>
        <w:t>Client signature: ___________________________    Date: ______________</w:t>
      </w:r>
    </w:p>
    <w:p>
      <w:r>
        <w:br w:type="page"/>
      </w:r>
    </w:p>
    <w:p>
      <w:pPr>
        <w:pStyle w:val="Title"/>
      </w:pPr>
      <w:r>
        <w:t>Invoice</w:t>
      </w:r>
    </w:p>
    <w:p>
      <w:r>
        <w:rPr>
          <w:b w:val="0"/>
        </w:rPr>
        <w:t>Invoice number: [Number]     Invoice date: [DD/MM/YYYY]</w:t>
      </w:r>
    </w:p>
    <w:p>
      <w:r>
        <w:rPr>
          <w:b w:val="0"/>
        </w:rPr>
        <w:t>Payment due date: [DD/MM/YYYY]     Assignment / PO reference: [Reference]</w:t>
      </w:r>
    </w:p>
    <w:p>
      <w:pPr>
        <w:pStyle w:val="Heading2"/>
      </w:pPr>
      <w:r>
        <w:t>From</w:t>
      </w:r>
    </w:p>
    <w:p>
      <w:r>
        <w:rPr>
          <w:b w:val="0"/>
        </w:rPr>
        <w:t>[Locum name or supplying business]</w:t>
        <w:br/>
        <w:t>[Address and postcode]</w:t>
        <w:br/>
        <w:t>[Email]  |  [Telephone]</w:t>
        <w:br/>
        <w:t>VAT number, if applicable: [Number]</w:t>
      </w:r>
    </w:p>
    <w:p>
      <w:pPr>
        <w:pStyle w:val="Heading2"/>
      </w:pPr>
      <w:r>
        <w:t>Bill to</w:t>
      </w:r>
    </w:p>
    <w:p>
      <w:r>
        <w:rPr>
          <w:b w:val="0"/>
        </w:rPr>
        <w:t>[Client firm or organisation]</w:t>
        <w:br/>
        <w:t>[Billing address and postcode]</w:t>
        <w:br/>
        <w:t>[Contact name or accounts email]</w:t>
      </w:r>
    </w:p>
    <w:p>
      <w:r>
        <w:rPr>
          <w:b w:val="0"/>
        </w:rPr>
        <w:t>Service period: [DD/MM/YYYY] to [DD/MM/YYYY]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1728"/>
        <w:gridCol w:w="1728"/>
        <w:gridCol w:w="1728"/>
      </w:tblGrid>
      <w:tr>
        <w:trPr>
          <w:trHeight w:val="562"/>
          <w:cantSplit/>
        </w:trPr>
        <w:tc>
          <w:tcPr>
            <w:tcW w:type="dxa" w:w="50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Hours /</w:t>
              <w:br/>
              <w:t>quantity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Rate (£)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EEEEE"/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Amount (£)</w:t>
            </w:r>
          </w:p>
        </w:tc>
      </w:tr>
      <w:tr>
        <w:trPr>
          <w:trHeight w:val="562"/>
          <w:cantSplit/>
        </w:trPr>
        <w:tc>
          <w:tcPr>
            <w:tcW w:type="dxa" w:w="50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[Locum services / dates]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50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2"/>
          <w:cantSplit/>
        </w:trPr>
        <w:tc>
          <w:tcPr>
            <w:tcW w:type="dxa" w:w="50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[Agreed expenses, if applicable]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before="200"/>
        <w:jc w:val="right"/>
      </w:pPr>
      <w:r>
        <w:rPr>
          <w:b/>
        </w:rPr>
        <w:t>Subtotal: £[Amount]</w:t>
        <w:br/>
        <w:t>VAT, if applicable ([Rate]%): £[Amount]</w:t>
        <w:br/>
        <w:t>Total due: £[Amount]</w:t>
      </w:r>
    </w:p>
    <w:p>
      <w:pPr>
        <w:pStyle w:val="Heading2"/>
      </w:pPr>
      <w:r>
        <w:t>Payment details</w:t>
      </w:r>
    </w:p>
    <w:p>
      <w:r>
        <w:rPr>
          <w:b w:val="0"/>
        </w:rPr>
        <w:t>Account name: [Name]</w:t>
        <w:br/>
        <w:t>Bank: [Bank name]</w:t>
        <w:br/>
        <w:t>Sort code: [00-00-00]     Account number: [Number]</w:t>
        <w:br/>
        <w:t>Payment reference: [Invoice number]</w:t>
      </w:r>
    </w:p>
    <w:p>
      <w:r>
        <w:rPr>
          <w:b w:val="0"/>
          <w:sz w:val="18"/>
        </w:rPr>
        <w:t>Replace bracketed text and enter totals manually. Delete unused rows.</w:t>
      </w:r>
    </w:p>
    <w:sectPr w:rsidR="00FC693F" w:rsidRPr="0006063C" w:rsidSect="00034616">
      <w:footerReference w:type="default" r:id="rId9"/>
      <w:pgSz w:w="12240" w:h="15840"/>
      <w:pgMar w:top="936" w:right="1008" w:bottom="1440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737360" cy="538683"/>
          <wp:docPr id="1" name="Picture 1" descr="Interim Lawyers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terimLawyers_Master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360" cy="538683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sz w:val="16"/>
      </w:rPr>
      <w:t>Template provided by Interim Lawyers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Locum timesheet and invoice templates</dc:title>
  <dc:subject/>
  <dc:creator>Interim Lawyers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